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– הדרך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מסלול הנסיעה לטבריה ואת אתגרי הבטיחות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 הנוסעים כגורם מסיח או מגן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לשון הציווי בשלטי דרכים ולתרגל ניסוח מכליל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הירידה אל טבריה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מציין שהעיר נמצאת על החוף המערבי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 + תעקוף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שלטים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(עצירה מלאה לפני קו העצירה)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(אפשרות לתנועה חוצה לעבור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(הפחתת מהירות לקראת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(איסור עקיפה ברצף עיקולים)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המסלול מעפולה לטבריה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יציאה מעמק יזרעאל בכביש 65 צפונה-מזרחה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חלוף לרגלי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הגעה למחלף גולני והמשך בכביש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ירידה ארוכה ותלולה אל העיר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לשוני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יש רק שנייה או שתיים לקרוא את השלט בזמן הנסיעה, ולכן הניסוח חייב להיות קצר וברור ככל האפשר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65, 77, 90 (ו-75 מחיפה)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לענות על הודעות במקום הנהג, לשים לב לעייפות ולהציע 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זמן קצר לקרוא, וזו גם מסורת כתיבה ותיקה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אמיתית ולבקש מהתלמידים לאתר את הצמתים המוזכרים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בין ציווי יחיד לרבים לפני הגשת 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לקבוצות: קבוצה אחת מתמקדת בגיאוגרפיה של המסלול והשנייה בניתוח הלשוני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– הדרך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מתאר את הדרך מעמק יזרעאל וחיפה אל טבריה, את אתגרי הבטיחות בציר הזה, ואת האופן שבו נוסעים יכולים לתרום לבטיחות. בנוסף נבחנת השפה הייחודית של שלטי הדרכים.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מגן  ·  תבור  ·  ירידה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המקטע שבו מתאחדים הנתיבים מעפולה ומחיפה?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הר נמצא לאורך כביש 65 ביציאה מעמק יזרעאל?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החלק המתואר כ'המרשים והתובעני ביותר'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היציאה מעפולה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הטיפוס להר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הירידה אל טבריה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טבריה נמצאת על החוף המזרחי של 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בשלטים מופיע הציווי בזכר יחיד בשל מסורת כתיבה, לא מפני שהשלט פונה רק לגברים.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'אל תעקוף' בנוי ממילת שלילה ומפועל בציווי.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הדרך מעפולה אל טבריה מסתיימת ב__________ ארוכה, תלולה ומפותלת.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ההר שנראה כמעט מצויר לאורך כביש 65 נקרא הר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נוסע או נוסעת שעוזרים לנהג יכולים להיות גורם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שלטים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הפחתת מהירות לקראת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עצירה מלאה לפני קו העצירה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איסור עקיפה ברצף עיקולים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אל תעקוף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אפשרות לתנועה חוצה לעבור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המסלול מעפולה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הגעה למחלף גולני והמשך בכביש 77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ירידה ארוכה ותלולה אל העיר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חלוף לרגלי הר תבור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יציאה מעמק יזרעאל בכביש 65 צפונה-מזרחה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ניתוח לשוני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נבחרה לשלטי הדרכים צורת ציווי קצרה כמו 'האט' ולא משפט מנומס כמו 'נא להאט'?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שלושה כבישים מוזכרים במסלול מעפולה וחיפה לטבריה?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לפעולה שנוסע או נוסעת יכולים לעשות כדי להיות גורם מגן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ניווט וזהירות בדרכים – הדרך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