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מסלול הנסיעה לטבריה ואת אתגרי הבטיחות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 הנוסעים כגורם מסיח או מגן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לשון הציווי בשלטי דרכים ולתרגל ניסוח מכליל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צומת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הירידה אל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מציין שהעיר נמצאת על החוף המערבי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 + תעקוף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נאמר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ממליץ על עדינות ועל הצעת עזרה, לא על חריפות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בתחילת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(עצירה מלאה לפני קו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(אפשרות לתנועה חוצה לעבור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(הפחתת מהירות לקראת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עקיפה ברצף עיקולים)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(זכות קדימה להולכי רגל במעבר חציה)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המסלול מעפולה לטבריה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מעמק יזרעאל בכביש 65 צפונה-מזרחה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חלוף לרגלי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הגעה למחלף גולני והמשך בכביש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ירידה ארוכה ותלולה אל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הגעה לטבריה על 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לשוני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יש רק שנייה או שתיים לקרוא את השלט בזמן הנסיעה, ולכן הניסוח חייב להיות קצר וברור ככל האפשר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'נהג/ת' או 'נוסע/ת' – הניסוח פונה גם לגברים וגם לנשים ולא מתעלם מאף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65, 77, 90 (ו-75 מחיפה)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לענות על הודעות במקום הנהג, לשים לב לעייפות ולהציע 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יש זמן קצר לקרוא, וזו גם מסורת כתיבה ותיקה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אמיתית ולבקש מהתלמידים לאתר את הצמתים המוזכרים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ציווי יחיד לרבים לפני הגשת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לקבוצות: קבוצה אחת מתמקדת בגיאוגרפיה של המסלול והשנייה בניתוח הלשוני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ניווט וזהירות בדרכים – הדרך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מתאר את הדרך מעמק יזרעאל וחיפה אל טבריה, את אתגרי הבטיחות בציר הזה, ואת האופן שבו נוסעים יכולים לתרום לבטיחות. בנוסף נבחנת השפה הייחודית של שלטי הדרכים.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המקטע שבו מתאחדים הנתיבים מעפולה ומחיפה?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הר נמצא לאורך כביש 65 ביציאה מעמק יזרעאל?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דרך איזה צומת עוברים הנוסעים מחיפה בדרכם לכביש 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צומת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צומת 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צומת המוביל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צומת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החלק המתואר כ'המרשים והתובעני ביותר'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היציאה מעפולה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הטיפוס להר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מחלף גולני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הירידה אל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לאורך איזה כביש עובר חוף הכנרת בטבריה?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מסנוור נהגים בירידה אל טבריה בשעות אחר הצהריים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אורות 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פנסי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על החוף המזרחי של 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בשלטים מופיע הציווי בזכר יחיד בשל מסורת כתיבה, לא מפני שהשלט פונה רק לגברים.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'אל תעקוף' בנוי ממילת שלילה ומפועל בציווי.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נוסע או נוסעת יכולים להיות גם גורם מסיח וגם גורם מגן.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ממליץ לנוסעים להעיר לנהג בחריפות כדי שיבין את הסכנה.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65 יוצא מעמק יזרעאל צפונה-מזרחה.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הדרך מעפולה אל טבריה מסתיימת ב__________ ארוכה, תלולה ומפותלת.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ההר שנראה כמעט מצויר לאורך כביש 65 נקרא 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נוסע או נוסעת שעוזרים לנהג יכולים להיות גורם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השלט 'עצור' כתוב בלשון ציווי, גוף שני, __________ יחיד.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בשעות אחר הצהריים ה__________ עלולה לסנוור נהגים בירידה אל טבריה.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זכות קדימה להולכי רגל במעבר חציה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הפחתת מהירות לקראת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איסור עקיפה ברצף עיקולים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אל תעקוף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 מלאה לפני קו העצירה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תן להולכי הרגל לעבור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אפשרות לתנועה חוצה לעבור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המסלול מעפולה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לטבריה על חוף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מעמק יזרעאל בכביש 65 צפונה-מזרחה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למחלף גולני והמשך בכביש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ירידה ארוכה ותלולה אל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חלוף לרגלי הר תבור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לשוני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נבחרה לשלטי הדרכים צורת ציווי קצרה כמו 'האט' ולא משפט מנומס כמו 'נא להאט'?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מהטקסט לניסוח מכליל מגדרית, והסבירו מה היתרון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כבישים מוזכרים במסלול מעפולה וחיפה לטבריה?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שנוסע או נוסעת יכולים לעשות כדי להיות גורם מגן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שלטי הדרכים כתובים בציווי קצר בזכר יחיד?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ניווט וזהירות בדרכים – הדרך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